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קלפי מורשת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יסוד במורשת: מוחשי מול בלתי מוחשי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סמלים ומנהגים מחגים ישראליים ולהסביר את משמעותם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לחשוב על ערכים שעוברים מדור לדור ועל הקשר למשפחה ולקהילה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גם מוחשית וגם בלתי מוחשית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בלתי מוחשית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ברכה שהזכויות ירבו כגרעיניו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כי האור הולך וגדל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יהודי אתיופיה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זהו המועד הקבוע של החג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בלתי מוחשית זה ידע, מנהגים ושירים - לא חפצים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גם פעולה קטנה יכולה להביא תקווה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מילים הן מורשת בלתי מוחשית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י-ר-ש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גדל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גרעינים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(חפץ שאפשר לגעת בו, כמו שופר)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(מנהג או שיר שעובר בעל פה)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(חג עלייה, תפילה וצום של יהודי אתיופיה)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(סמל לברכה על ריבוי זכויות)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(ערך של תקווה ומעשה טוב קטן)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הדלקת נרות החנוכה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מדליקים נר אחד בלילה הראשון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מוסיפים נר נוסף בכל לילה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בלילה השמיני מדליקים שמונה נרות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ה'מוסיף והולך' מסמל שהאור גדל ומתחזק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שאלות פתוחות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מוחשית - חפץ, למשל שופר. בלתי מוחשית - מנהג או שיר, למשל שיר ערש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הם שומרים זיכרונות וידע שאי אפשר למצוא בשום 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לשאול בסקרנות, להקשיב, לא לצחוק ולנסות להבין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 מבין שמוחשי = חפץ, בלתי מוחשי = מנהג/ידע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ברכה שהזכויות ירבו כגרעיני הרימון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שמירה על זיכרונות וידע שאין במקום אחר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בדוגמה אישית של מנהג משפחתי כדי לחבר את התלמידים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לעודד שיתוף בזוגות לפני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לשלב הדגמה קצרה של מנהג חג בפנטומימה כהכנה לחלק הדיון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קלפי מורשת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את התכנים שמופיעים במשחק קלפי מורשת: מושגים כמו מוחשי ובלתי מוחשי, סמלי חגים, וערכים שעוברים מדור לדור.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השופר הוא דוגמה למורשת...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מוחשית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בלתי מוחשית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גם מוחשית וגם בלתי מוחשית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קשור למורשת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שיר ערש הוא דוגמה למורשת...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מוחשית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בלתי מוחשית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 מורשת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מוזיקה מודרנית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מסמל הרימון בראש השנה?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עושר וכסף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ברכה שהזכויות ירבו כגרעיניו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ניצחון במלחמה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שלום בין עמים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מוסיפים נר בכל לילה של חנוכה?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לחסוך שמן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האור הולך וגדל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שיהיה קל יותר להדליק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סיבה מיוחדת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סיגד הוא חג של...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יהודי תימן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יהודי אתיופיה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יהודי מרוקו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יהודי פרס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הסיגד חל בכ"ט בחשוון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מורשת בלתי מוחשית היא רק חפצים שעוברים במשפחה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ללמוד מ'מעט אור דוחה הרבה חושך' שגם מעשה טוב קטן משנה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מיוחדות שאומרים בבית הן דוגמה למורשת מוחשית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השורש המשותף למילים ירושה, מורשת ויורש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בחג הסיגד עולים אל ה__________ לתפילה ולצום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בחנוכה כל לילה האור הולך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הרימון מסמל ברכה שהזכויות ירבו כמו ה__________ שבו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מורשת מוחשית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מנהג או שיר שעובר בעל 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מורשת בלתי מוחשית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ערך של תקווה ומעשה טוב קטן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סיגד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סמל לברכה על ריבוי זכויות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רימון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חג עלייה, תפילה וצום של יהודי אתיופיה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מעט אור דוחה הרבה חושך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חפץ שאפשר לגעת בו, כמו שופר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הדלקת נרות החנוכה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בלילה השמיני מדליקים שמונה נרות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ה'מוסיף והולך' מסמל שהאור גדל ומתחזק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מדליקים נר אחד בלילה הראשון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מוסיפים נר נוסף בכל לילה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שאלות פתוחות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ההבדל בין מורשת מוחשית לבלתי מוחשית? תנו דוגמה לכל אחת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חשוב להקשיב לסיפורים של אנשים מבוגרים בקהילה?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אפשר לכבד מנהג שמשפחה אחרת נוהגת בו, גם אם הוא שונה משלנו?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מורשת מוחשית לבלתי מוחשית?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מסמל הרימון בראש השנה?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להקשיב לסיפורים של אנשים מבוגרים?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קלפי מורשת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