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במורשת: מוחשי מול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סמלים ומנהגים מחגים ישראליים ולהסביר 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ערכים שעוברים מדור לדור ועל הקשר למשפחה ולקהילה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גם מוחשית וגם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ברכה שהזכויות ירבו כגרעיניו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האור הולך וגדל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המועד הקבוע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בלתי מוחשית זה ידע, מנהגים ושירים - לא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גם פעולה קטנה יכולה להביא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מילים הן מורשת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י-ר-ש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גרעינים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(חפץ שאפשר לגעת בו, כמו שופר)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(מנהג או שיר שעובר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(חג עלייה, תפילה וצום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(סמל לברכה על ריבוי זכויות)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(ערך של תקווה ומעשה טוב קטן)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הדלקת נרות החנוכה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נר אחד בלילה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נר נוסף בכל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בלילה השמיני מדליקים שמונה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ה'מוסיף והולך' מסמל שהאור גדל ומתחזק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 - חפץ, למשל שופר. בלתי מוחשית - מנהג או שיר, למשל שיר ערש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שומרים זיכרונות וידע שאי אפשר למצוא בשום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בסקרנות, להקשיב, לא לצחוק ולנסות להבין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שמוחשי = חפץ, בלתי מוחשי = מנהג/ידע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ברכה שהזכויות ירבו כגרעיני הרימון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שמירה על זיכרונות וידע שאין במקום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של מנהג משפחתי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הדגמה קצרה של מנהג חג בפנטומימה כהכנה לחלק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דברים פשוטים על מורשת: מה זה מוחשי, מה זה בלתי מוחשי, וסמלים של חגים.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- חפצים, מנהגים, סיפורים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שמקבלים מהדורות הקודמים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לגעת בו, כמו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לגעת בו, כמו שיר או מנהג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שחוזרת על עצמה בחג או באירוע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עלייה להר ותפילה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 שמסמל ברכה בראש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השופר הוא חפץ או מנהג?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מוחשית וגם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 למורשת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שיר ערש - אפשר לגעת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מורשת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מוזיקה 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אוכלים רימון בראש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וכסף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 שהזכויות ירבו כגרעיניו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יש יותר נרות בכל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האור הולך וגדל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שיהיה קל יותר להדליק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חוגג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בכ"ט בחשוון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בלתי מוחשית היא רק חפצים שעוברים 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מ'מעט אור דוחה הרבה חושך' שגם מעשה טוב קטן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מיוחדות שאומרים בבית הן דוגמה למורשת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ירושה, מורשת ויורש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הסיגד עולים אל ה__________ לתפילה ולצום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בחנוכה כל לילה האור הולך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הרימון מסמל ברכה שהזכויות ירבו כמו ה__________ שבו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עלייה, תפילה וצום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מורשת בלתי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ערך של תקווה ומעשה טוב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סמל לברכה על ריבוי 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מנהג או שיר שעובר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מעט אור דוחה הרבה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שאפשר לגעת בו, כמו שופר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הדלקת נרות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נר נוסף בכל 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ה'מוסיף והולך' מסמל שהאור גדל ומתחזק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נר אחד בלילה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בלילה השמיני מדליקים שמונה 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מורשת מוחשית לבלתי מוחשית? תנו דוגמה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להקשיב לסיפורים של אנשים מבוגרים בקהילה?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לכבד מנהג שמשפחה אחרת נוהגת בו, גם אם הוא שונה משלנו?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הרימון בראש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להקשיב לסיפורים של אנשים מבוגרים?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